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9E13" w14:textId="77777777" w:rsidR="00172983" w:rsidRPr="0047105F" w:rsidRDefault="00E05F3A">
      <w:pPr>
        <w:jc w:val="center"/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</w:rPr>
        <w:t>Spring 2024–2025</w:t>
      </w:r>
    </w:p>
    <w:p w14:paraId="547731B1" w14:textId="77777777" w:rsidR="00172983" w:rsidRPr="0047105F" w:rsidRDefault="00E05F3A">
      <w:pPr>
        <w:jc w:val="center"/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</w:rPr>
        <w:t>METU, Department of Economics</w:t>
      </w:r>
    </w:p>
    <w:p w14:paraId="7BBA37A0" w14:textId="677387B7" w:rsidR="00172983" w:rsidRPr="0047105F" w:rsidRDefault="00E05F3A">
      <w:pPr>
        <w:jc w:val="center"/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</w:rPr>
        <w:t>Instructor</w:t>
      </w:r>
      <w:r w:rsidR="00786E09" w:rsidRPr="0047105F">
        <w:rPr>
          <w:rFonts w:ascii="Times New Roman" w:hAnsi="Times New Roman" w:cs="Times New Roman"/>
        </w:rPr>
        <w:t>s</w:t>
      </w:r>
      <w:r w:rsidRPr="0047105F">
        <w:rPr>
          <w:rFonts w:ascii="Times New Roman" w:hAnsi="Times New Roman" w:cs="Times New Roman"/>
        </w:rPr>
        <w:t xml:space="preserve">: </w:t>
      </w:r>
      <w:r w:rsidR="00786E09" w:rsidRPr="0047105F">
        <w:rPr>
          <w:rFonts w:ascii="Times New Roman" w:hAnsi="Times New Roman" w:cs="Times New Roman"/>
        </w:rPr>
        <w:t>Hakan Ercan &amp; Zeki Oğulcan Şengül</w:t>
      </w:r>
    </w:p>
    <w:p w14:paraId="31F4FDA5" w14:textId="7353DAAE" w:rsidR="00172983" w:rsidRPr="0047105F" w:rsidRDefault="00E05F3A">
      <w:pPr>
        <w:jc w:val="center"/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</w:rPr>
        <w:t xml:space="preserve">T.A.: </w:t>
      </w:r>
      <w:r w:rsidR="00AE5CB0">
        <w:rPr>
          <w:rFonts w:ascii="Times New Roman" w:hAnsi="Times New Roman" w:cs="Times New Roman"/>
        </w:rPr>
        <w:t>Şevket Yahya Akkaya</w:t>
      </w:r>
    </w:p>
    <w:p w14:paraId="1EB37AFC" w14:textId="77777777" w:rsidR="00172983" w:rsidRPr="0047105F" w:rsidRDefault="00E05F3A">
      <w:pPr>
        <w:pStyle w:val="Heading1"/>
        <w:rPr>
          <w:rFonts w:ascii="Times New Roman" w:hAnsi="Times New Roman" w:cs="Times New Roman"/>
          <w:color w:val="auto"/>
        </w:rPr>
      </w:pPr>
      <w:r w:rsidRPr="0047105F">
        <w:rPr>
          <w:rFonts w:ascii="Times New Roman" w:hAnsi="Times New Roman" w:cs="Times New Roman"/>
        </w:rPr>
        <w:br/>
      </w:r>
      <w:r w:rsidRPr="0047105F">
        <w:rPr>
          <w:rFonts w:ascii="Times New Roman" w:hAnsi="Times New Roman" w:cs="Times New Roman"/>
          <w:color w:val="auto"/>
        </w:rPr>
        <w:t>ECON 106 – ASSIGNMENT I</w:t>
      </w:r>
    </w:p>
    <w:p w14:paraId="6681D96E" w14:textId="77777777" w:rsidR="00172983" w:rsidRPr="0047105F" w:rsidRDefault="00E05F3A">
      <w:pPr>
        <w:pStyle w:val="Heading2"/>
        <w:rPr>
          <w:rFonts w:ascii="Times New Roman" w:hAnsi="Times New Roman" w:cs="Times New Roman"/>
          <w:color w:val="auto"/>
        </w:rPr>
      </w:pPr>
      <w:r w:rsidRPr="0047105F">
        <w:rPr>
          <w:rFonts w:ascii="Times New Roman" w:hAnsi="Times New Roman" w:cs="Times New Roman"/>
          <w:color w:val="auto"/>
        </w:rPr>
        <w:t>Analyzing Cross-Country Economic Data Using WDI</w:t>
      </w:r>
    </w:p>
    <w:p w14:paraId="1E7F4088" w14:textId="77777777" w:rsidR="00172983" w:rsidRPr="0047105F" w:rsidRDefault="00E05F3A">
      <w:pPr>
        <w:pStyle w:val="Heading2"/>
        <w:rPr>
          <w:rFonts w:ascii="Times New Roman" w:hAnsi="Times New Roman" w:cs="Times New Roman"/>
          <w:color w:val="auto"/>
        </w:rPr>
      </w:pPr>
      <w:r w:rsidRPr="0047105F">
        <w:rPr>
          <w:rFonts w:ascii="Times New Roman" w:hAnsi="Times New Roman" w:cs="Times New Roman"/>
          <w:color w:val="auto"/>
        </w:rPr>
        <w:t>Instructions</w:t>
      </w:r>
    </w:p>
    <w:p w14:paraId="12DB66A5" w14:textId="5D0A8187" w:rsidR="00172983" w:rsidRPr="0047105F" w:rsidRDefault="00E05F3A">
      <w:pPr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  <w:b/>
          <w:bCs/>
        </w:rPr>
        <w:t>1. Country Selection:</w:t>
      </w:r>
      <w:r w:rsidRPr="0047105F">
        <w:rPr>
          <w:rFonts w:ascii="Times New Roman" w:hAnsi="Times New Roman" w:cs="Times New Roman"/>
          <w:b/>
          <w:bCs/>
        </w:rPr>
        <w:br/>
      </w:r>
      <w:r w:rsidRPr="0047105F">
        <w:rPr>
          <w:rFonts w:ascii="Times New Roman" w:hAnsi="Times New Roman" w:cs="Times New Roman"/>
        </w:rPr>
        <w:t>- You must choose T</w:t>
      </w:r>
      <w:r w:rsidR="0099236E">
        <w:rPr>
          <w:rFonts w:ascii="Times New Roman" w:hAnsi="Times New Roman" w:cs="Times New Roman"/>
        </w:rPr>
        <w:t>ürkiye</w:t>
      </w:r>
      <w:r w:rsidRPr="0047105F">
        <w:rPr>
          <w:rFonts w:ascii="Times New Roman" w:hAnsi="Times New Roman" w:cs="Times New Roman"/>
        </w:rPr>
        <w:t xml:space="preserve"> and three additional countries of your own choice.</w:t>
      </w:r>
      <w:r w:rsidRPr="0047105F">
        <w:rPr>
          <w:rFonts w:ascii="Times New Roman" w:hAnsi="Times New Roman" w:cs="Times New Roman"/>
        </w:rPr>
        <w:br/>
        <w:t>- Briefly justify your choice of countries in your report (e.g., geographic similarity, income level, regional relevance, etc.).</w:t>
      </w:r>
      <w:r w:rsidRPr="0047105F">
        <w:rPr>
          <w:rFonts w:ascii="Times New Roman" w:hAnsi="Times New Roman" w:cs="Times New Roman"/>
        </w:rPr>
        <w:br/>
      </w:r>
      <w:r w:rsidRPr="0047105F">
        <w:rPr>
          <w:rFonts w:ascii="Times New Roman" w:hAnsi="Times New Roman" w:cs="Times New Roman"/>
        </w:rPr>
        <w:br/>
      </w:r>
      <w:r w:rsidRPr="0047105F">
        <w:rPr>
          <w:rFonts w:ascii="Times New Roman" w:hAnsi="Times New Roman" w:cs="Times New Roman"/>
          <w:b/>
          <w:bCs/>
        </w:rPr>
        <w:t>2. Variable Selection:</w:t>
      </w:r>
      <w:r w:rsidRPr="0047105F">
        <w:rPr>
          <w:rFonts w:ascii="Times New Roman" w:hAnsi="Times New Roman" w:cs="Times New Roman"/>
          <w:b/>
          <w:bCs/>
        </w:rPr>
        <w:br/>
      </w:r>
      <w:r w:rsidRPr="0047105F">
        <w:rPr>
          <w:rFonts w:ascii="Times New Roman" w:hAnsi="Times New Roman" w:cs="Times New Roman"/>
        </w:rPr>
        <w:t>- Choose one economic indicator from WDI (e.g., GDP per capita, inflation rate, unemployment rate, government expenditure, trade balance, etc.).</w:t>
      </w:r>
      <w:r w:rsidRPr="0047105F">
        <w:rPr>
          <w:rFonts w:ascii="Times New Roman" w:hAnsi="Times New Roman" w:cs="Times New Roman"/>
        </w:rPr>
        <w:br/>
        <w:t>- Explain your reasoning for selecting this specific variable (e.g., importance, comparability, relevance for policy analysis).</w:t>
      </w:r>
      <w:r w:rsidRPr="0047105F">
        <w:rPr>
          <w:rFonts w:ascii="Times New Roman" w:hAnsi="Times New Roman" w:cs="Times New Roman"/>
        </w:rPr>
        <w:br/>
      </w:r>
      <w:r w:rsidRPr="001C243E">
        <w:rPr>
          <w:rFonts w:ascii="Times New Roman" w:hAnsi="Times New Roman" w:cs="Times New Roman"/>
          <w:b/>
          <w:bCs/>
        </w:rPr>
        <w:br/>
        <w:t>3. Data Collection:</w:t>
      </w:r>
      <w:r w:rsidRPr="001C243E">
        <w:rPr>
          <w:rFonts w:ascii="Times New Roman" w:hAnsi="Times New Roman" w:cs="Times New Roman"/>
          <w:b/>
          <w:bCs/>
        </w:rPr>
        <w:br/>
      </w:r>
      <w:r w:rsidRPr="0047105F">
        <w:rPr>
          <w:rFonts w:ascii="Times New Roman" w:hAnsi="Times New Roman" w:cs="Times New Roman"/>
        </w:rPr>
        <w:t>- Go to https://databank.worldbank.org/source/world-development-indicators</w:t>
      </w:r>
      <w:r w:rsidRPr="0047105F">
        <w:rPr>
          <w:rFonts w:ascii="Times New Roman" w:hAnsi="Times New Roman" w:cs="Times New Roman"/>
        </w:rPr>
        <w:br/>
        <w:t>- Download time-series data for your selected variable and countries (preferably for the last 15–20 years, if available).</w:t>
      </w:r>
      <w:r w:rsidRPr="0047105F">
        <w:rPr>
          <w:rFonts w:ascii="Times New Roman" w:hAnsi="Times New Roman" w:cs="Times New Roman"/>
        </w:rPr>
        <w:br/>
        <w:t>- Save your dataset in Excel or CSV format.</w:t>
      </w:r>
      <w:r w:rsidRPr="0047105F">
        <w:rPr>
          <w:rFonts w:ascii="Times New Roman" w:hAnsi="Times New Roman" w:cs="Times New Roman"/>
        </w:rPr>
        <w:br/>
      </w:r>
    </w:p>
    <w:p w14:paraId="05FD7521" w14:textId="77777777" w:rsidR="00172983" w:rsidRPr="001C243E" w:rsidRDefault="00E05F3A">
      <w:pPr>
        <w:pStyle w:val="Heading2"/>
        <w:rPr>
          <w:rFonts w:ascii="Times New Roman" w:hAnsi="Times New Roman" w:cs="Times New Roman"/>
          <w:color w:val="auto"/>
        </w:rPr>
      </w:pPr>
      <w:r w:rsidRPr="001C243E">
        <w:rPr>
          <w:rFonts w:ascii="Times New Roman" w:hAnsi="Times New Roman" w:cs="Times New Roman"/>
          <w:color w:val="auto"/>
        </w:rPr>
        <w:t>Questions</w:t>
      </w:r>
    </w:p>
    <w:p w14:paraId="2AB2B412" w14:textId="0220460C" w:rsidR="00172983" w:rsidRPr="0047105F" w:rsidRDefault="00E05F3A">
      <w:pPr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</w:rPr>
        <w:t>Q1)</w:t>
      </w:r>
      <w:r w:rsidRPr="0047105F">
        <w:rPr>
          <w:rFonts w:ascii="Times New Roman" w:hAnsi="Times New Roman" w:cs="Times New Roman"/>
        </w:rPr>
        <w:br/>
        <w:t>Using the data you downloaded:</w:t>
      </w:r>
      <w:r w:rsidRPr="0047105F">
        <w:rPr>
          <w:rFonts w:ascii="Times New Roman" w:hAnsi="Times New Roman" w:cs="Times New Roman"/>
        </w:rPr>
        <w:br/>
        <w:t>i) Create a line graph (time-series plot) for each of the four countries (preferably in the same plot for comparison).</w:t>
      </w:r>
      <w:r w:rsidRPr="0047105F">
        <w:rPr>
          <w:rFonts w:ascii="Times New Roman" w:hAnsi="Times New Roman" w:cs="Times New Roman"/>
        </w:rPr>
        <w:br/>
        <w:t>ii) Compute and report the minimum, maximum, mean, and standard deviation of your selected variable for each country.</w:t>
      </w:r>
      <w:r w:rsidRPr="0047105F">
        <w:rPr>
          <w:rFonts w:ascii="Times New Roman" w:hAnsi="Times New Roman" w:cs="Times New Roman"/>
        </w:rPr>
        <w:br/>
        <w:t>iii) Interpret these basic statistics: What do they suggest about the economic dynamics of these countries?.</w:t>
      </w:r>
      <w:r w:rsidRPr="0047105F">
        <w:rPr>
          <w:rFonts w:ascii="Times New Roman" w:hAnsi="Times New Roman" w:cs="Times New Roman"/>
        </w:rPr>
        <w:br/>
        <w:t>i</w:t>
      </w:r>
      <w:r w:rsidR="00446308">
        <w:rPr>
          <w:rFonts w:ascii="Times New Roman" w:hAnsi="Times New Roman" w:cs="Times New Roman"/>
        </w:rPr>
        <w:t>v</w:t>
      </w:r>
      <w:r w:rsidRPr="0047105F">
        <w:rPr>
          <w:rFonts w:ascii="Times New Roman" w:hAnsi="Times New Roman" w:cs="Times New Roman"/>
        </w:rPr>
        <w:t xml:space="preserve">) Comment on similarities or differences between countries in terms of </w:t>
      </w:r>
      <w:r w:rsidR="00446308">
        <w:rPr>
          <w:rFonts w:ascii="Times New Roman" w:hAnsi="Times New Roman" w:cs="Times New Roman"/>
        </w:rPr>
        <w:t>statisti</w:t>
      </w:r>
      <w:r w:rsidR="00B74025">
        <w:rPr>
          <w:rFonts w:ascii="Times New Roman" w:hAnsi="Times New Roman" w:cs="Times New Roman"/>
        </w:rPr>
        <w:t xml:space="preserve">cs. </w:t>
      </w:r>
      <w:r w:rsidRPr="0047105F">
        <w:rPr>
          <w:rFonts w:ascii="Times New Roman" w:hAnsi="Times New Roman" w:cs="Times New Roman"/>
        </w:rPr>
        <w:t>Are there any visible trends or irregularities in the data? Briefly discuss.</w:t>
      </w:r>
      <w:r w:rsidRPr="0047105F">
        <w:rPr>
          <w:rFonts w:ascii="Times New Roman" w:hAnsi="Times New Roman" w:cs="Times New Roman"/>
        </w:rPr>
        <w:br/>
      </w:r>
    </w:p>
    <w:p w14:paraId="24B2EBA9" w14:textId="77777777" w:rsidR="00172983" w:rsidRPr="00416D7A" w:rsidRDefault="00E05F3A">
      <w:pPr>
        <w:pStyle w:val="Heading2"/>
        <w:rPr>
          <w:rFonts w:ascii="Times New Roman" w:hAnsi="Times New Roman" w:cs="Times New Roman"/>
          <w:color w:val="auto"/>
        </w:rPr>
      </w:pPr>
      <w:r w:rsidRPr="00416D7A">
        <w:rPr>
          <w:rFonts w:ascii="Times New Roman" w:hAnsi="Times New Roman" w:cs="Times New Roman"/>
          <w:color w:val="auto"/>
        </w:rPr>
        <w:lastRenderedPageBreak/>
        <w:t>Report Guidelines</w:t>
      </w:r>
    </w:p>
    <w:p w14:paraId="798952D4" w14:textId="77777777" w:rsidR="000C230A" w:rsidRDefault="00E05F3A">
      <w:pPr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</w:rPr>
        <w:t xml:space="preserve">- </w:t>
      </w:r>
      <w:r w:rsidR="00FB63DD" w:rsidRPr="00FB63DD">
        <w:rPr>
          <w:rFonts w:ascii="Times New Roman" w:hAnsi="Times New Roman" w:cs="Times New Roman"/>
        </w:rPr>
        <w:t>The report should be of sufficient length to explain the required information clearly.</w:t>
      </w:r>
    </w:p>
    <w:p w14:paraId="3D9FAB98" w14:textId="77777777" w:rsidR="001E7FC5" w:rsidRDefault="00E05F3A">
      <w:pPr>
        <w:rPr>
          <w:rFonts w:ascii="Times New Roman" w:hAnsi="Times New Roman" w:cs="Times New Roman"/>
        </w:rPr>
      </w:pPr>
      <w:r w:rsidRPr="00FB63DD">
        <w:rPr>
          <w:rFonts w:ascii="Times New Roman" w:hAnsi="Times New Roman" w:cs="Times New Roman"/>
        </w:rPr>
        <w:t>-</w:t>
      </w:r>
      <w:r w:rsidR="001E7FC5">
        <w:rPr>
          <w:rFonts w:ascii="Times New Roman" w:hAnsi="Times New Roman" w:cs="Times New Roman"/>
        </w:rPr>
        <w:t>The structure should be as follows</w:t>
      </w:r>
      <w:r w:rsidRPr="0047105F">
        <w:rPr>
          <w:rFonts w:ascii="Times New Roman" w:hAnsi="Times New Roman" w:cs="Times New Roman"/>
        </w:rPr>
        <w:t>:</w:t>
      </w:r>
      <w:r w:rsidRPr="0047105F">
        <w:rPr>
          <w:rFonts w:ascii="Times New Roman" w:hAnsi="Times New Roman" w:cs="Times New Roman"/>
        </w:rPr>
        <w:br/>
        <w:t xml:space="preserve">  - Introduction (explain the purpose of the report and your country/variable choices)</w:t>
      </w:r>
      <w:r w:rsidRPr="0047105F">
        <w:rPr>
          <w:rFonts w:ascii="Times New Roman" w:hAnsi="Times New Roman" w:cs="Times New Roman"/>
        </w:rPr>
        <w:br/>
        <w:t xml:space="preserve">  - Data Description (source, time period, units)</w:t>
      </w:r>
      <w:r w:rsidRPr="0047105F">
        <w:rPr>
          <w:rFonts w:ascii="Times New Roman" w:hAnsi="Times New Roman" w:cs="Times New Roman"/>
        </w:rPr>
        <w:br/>
        <w:t xml:space="preserve">  - Graphs and Descriptive Statistics</w:t>
      </w:r>
      <w:r w:rsidRPr="0047105F">
        <w:rPr>
          <w:rFonts w:ascii="Times New Roman" w:hAnsi="Times New Roman" w:cs="Times New Roman"/>
        </w:rPr>
        <w:br/>
        <w:t xml:space="preserve">  - Interpretation and Conclusion</w:t>
      </w:r>
    </w:p>
    <w:p w14:paraId="7F07730E" w14:textId="02092A3C" w:rsidR="00172983" w:rsidRPr="0047105F" w:rsidRDefault="00E05F3A">
      <w:pPr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</w:rPr>
        <w:br/>
        <w:t xml:space="preserve">- </w:t>
      </w:r>
      <w:r w:rsidR="001E7FC5">
        <w:rPr>
          <w:rFonts w:ascii="Times New Roman" w:hAnsi="Times New Roman" w:cs="Times New Roman"/>
        </w:rPr>
        <w:t>Lastly, m</w:t>
      </w:r>
      <w:r w:rsidRPr="0047105F">
        <w:rPr>
          <w:rFonts w:ascii="Times New Roman" w:hAnsi="Times New Roman" w:cs="Times New Roman"/>
        </w:rPr>
        <w:t>ake sure to cite the</w:t>
      </w:r>
      <w:r w:rsidR="00AE5CB0">
        <w:rPr>
          <w:rFonts w:ascii="Times New Roman" w:hAnsi="Times New Roman" w:cs="Times New Roman"/>
        </w:rPr>
        <w:t xml:space="preserve"> video uploaded by your TA </w:t>
      </w:r>
      <w:r w:rsidR="001D17F8">
        <w:rPr>
          <w:rFonts w:ascii="Times New Roman" w:hAnsi="Times New Roman" w:cs="Times New Roman"/>
        </w:rPr>
        <w:t xml:space="preserve">and </w:t>
      </w:r>
      <w:r w:rsidRPr="0047105F">
        <w:rPr>
          <w:rFonts w:ascii="Times New Roman" w:hAnsi="Times New Roman" w:cs="Times New Roman"/>
        </w:rPr>
        <w:t xml:space="preserve"> World Bank WDI properly.</w:t>
      </w:r>
      <w:r w:rsidRPr="0047105F">
        <w:rPr>
          <w:rFonts w:ascii="Times New Roman" w:hAnsi="Times New Roman" w:cs="Times New Roman"/>
        </w:rPr>
        <w:br/>
      </w:r>
    </w:p>
    <w:p w14:paraId="5BD5D6EC" w14:textId="304E248E" w:rsidR="00172983" w:rsidRPr="0047105F" w:rsidRDefault="00E05F3A">
      <w:pPr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</w:rPr>
        <w:t>Submission Format: PDF</w:t>
      </w:r>
      <w:r w:rsidR="00460B8D">
        <w:rPr>
          <w:rFonts w:ascii="Times New Roman" w:hAnsi="Times New Roman" w:cs="Times New Roman"/>
        </w:rPr>
        <w:t>/Word</w:t>
      </w:r>
      <w:r w:rsidRPr="0047105F">
        <w:rPr>
          <w:rFonts w:ascii="Times New Roman" w:hAnsi="Times New Roman" w:cs="Times New Roman"/>
        </w:rPr>
        <w:t xml:space="preserve"> (report) </w:t>
      </w:r>
    </w:p>
    <w:p w14:paraId="35A2F8DF" w14:textId="7F8F1DBB" w:rsidR="00172983" w:rsidRPr="0047105F" w:rsidRDefault="00E05F3A">
      <w:pPr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</w:rPr>
        <w:t>Deadline: [</w:t>
      </w:r>
      <w:r w:rsidR="003033EA">
        <w:rPr>
          <w:rFonts w:ascii="Times New Roman" w:hAnsi="Times New Roman" w:cs="Times New Roman"/>
        </w:rPr>
        <w:t>21.05.2024, 23:59</w:t>
      </w:r>
      <w:r w:rsidRPr="0047105F">
        <w:rPr>
          <w:rFonts w:ascii="Times New Roman" w:hAnsi="Times New Roman" w:cs="Times New Roman"/>
        </w:rPr>
        <w:t>]</w:t>
      </w:r>
    </w:p>
    <w:p w14:paraId="48325462" w14:textId="05E768A3" w:rsidR="00172983" w:rsidRPr="0047105F" w:rsidRDefault="00E05F3A">
      <w:pPr>
        <w:rPr>
          <w:rFonts w:ascii="Times New Roman" w:hAnsi="Times New Roman" w:cs="Times New Roman"/>
        </w:rPr>
      </w:pPr>
      <w:r w:rsidRPr="0047105F">
        <w:rPr>
          <w:rFonts w:ascii="Times New Roman" w:hAnsi="Times New Roman" w:cs="Times New Roman"/>
        </w:rPr>
        <w:t>Late Submission Policy: [</w:t>
      </w:r>
      <w:r w:rsidR="003033EA">
        <w:rPr>
          <w:rFonts w:ascii="Times New Roman" w:hAnsi="Times New Roman" w:cs="Times New Roman"/>
        </w:rPr>
        <w:t>-10 points for each day.</w:t>
      </w:r>
      <w:r w:rsidRPr="0047105F">
        <w:rPr>
          <w:rFonts w:ascii="Times New Roman" w:hAnsi="Times New Roman" w:cs="Times New Roman"/>
        </w:rPr>
        <w:t>]</w:t>
      </w:r>
    </w:p>
    <w:sectPr w:rsidR="00172983" w:rsidRPr="0047105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275780">
    <w:abstractNumId w:val="8"/>
  </w:num>
  <w:num w:numId="2" w16cid:durableId="946083086">
    <w:abstractNumId w:val="6"/>
  </w:num>
  <w:num w:numId="3" w16cid:durableId="859319740">
    <w:abstractNumId w:val="5"/>
  </w:num>
  <w:num w:numId="4" w16cid:durableId="2019573601">
    <w:abstractNumId w:val="4"/>
  </w:num>
  <w:num w:numId="5" w16cid:durableId="475612893">
    <w:abstractNumId w:val="7"/>
  </w:num>
  <w:num w:numId="6" w16cid:durableId="860777891">
    <w:abstractNumId w:val="3"/>
  </w:num>
  <w:num w:numId="7" w16cid:durableId="75791524">
    <w:abstractNumId w:val="2"/>
  </w:num>
  <w:num w:numId="8" w16cid:durableId="1163350414">
    <w:abstractNumId w:val="1"/>
  </w:num>
  <w:num w:numId="9" w16cid:durableId="815074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xNzCxtDS3MDQ1sLBQ0lEKTi0uzszPAykwrQUAQOX9MiwAAAA="/>
  </w:docVars>
  <w:rsids>
    <w:rsidRoot w:val="00B47730"/>
    <w:rsid w:val="00034616"/>
    <w:rsid w:val="0006063C"/>
    <w:rsid w:val="000C230A"/>
    <w:rsid w:val="00127F43"/>
    <w:rsid w:val="0015074B"/>
    <w:rsid w:val="00172983"/>
    <w:rsid w:val="001C243E"/>
    <w:rsid w:val="001D17F8"/>
    <w:rsid w:val="001E7FC5"/>
    <w:rsid w:val="0029639D"/>
    <w:rsid w:val="003033EA"/>
    <w:rsid w:val="00326F90"/>
    <w:rsid w:val="00416D7A"/>
    <w:rsid w:val="004262DF"/>
    <w:rsid w:val="00446308"/>
    <w:rsid w:val="00460B8D"/>
    <w:rsid w:val="0047105F"/>
    <w:rsid w:val="0074213A"/>
    <w:rsid w:val="00786E09"/>
    <w:rsid w:val="0099236E"/>
    <w:rsid w:val="00AA1D8D"/>
    <w:rsid w:val="00AE5CB0"/>
    <w:rsid w:val="00B226E4"/>
    <w:rsid w:val="00B47730"/>
    <w:rsid w:val="00B670CE"/>
    <w:rsid w:val="00B74025"/>
    <w:rsid w:val="00C850A8"/>
    <w:rsid w:val="00CB0664"/>
    <w:rsid w:val="00E05F3A"/>
    <w:rsid w:val="00FB63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EC1FA"/>
  <w14:defaultImageDpi w14:val="300"/>
  <w15:docId w15:val="{AAB614CA-BECC-4EE0-9BC9-1FD0B018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FB63D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8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48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61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10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53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08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662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66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94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zeki şengül</cp:lastModifiedBy>
  <cp:revision>5</cp:revision>
  <dcterms:created xsi:type="dcterms:W3CDTF">2025-05-14T19:40:00Z</dcterms:created>
  <dcterms:modified xsi:type="dcterms:W3CDTF">2025-05-14T19:58:00Z</dcterms:modified>
  <cp:category/>
</cp:coreProperties>
</file>