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01B69" w14:textId="77777777" w:rsidR="00110A3E" w:rsidRPr="006A3DF6" w:rsidRDefault="006A3DF6" w:rsidP="000E36BB">
      <w:pPr>
        <w:pStyle w:val="Title"/>
        <w:jc w:val="both"/>
        <w:rPr>
          <w:rFonts w:ascii="Times New Roman" w:hAnsi="Times New Roman" w:cs="Times New Roman"/>
          <w:color w:val="auto"/>
          <w:sz w:val="28"/>
          <w:szCs w:val="28"/>
        </w:rPr>
      </w:pPr>
      <w:r w:rsidRPr="006A3DF6">
        <w:rPr>
          <w:rFonts w:ascii="Times New Roman" w:hAnsi="Times New Roman" w:cs="Times New Roman"/>
          <w:color w:val="auto"/>
          <w:sz w:val="28"/>
          <w:szCs w:val="28"/>
        </w:rPr>
        <w:t>ECON 106 INTRODUCTION TO RESEARCH METHODS – THIRD ASSIGNMENT GUIDELINES</w:t>
      </w:r>
    </w:p>
    <w:p w14:paraId="53B847E9" w14:textId="77777777" w:rsidR="00110A3E" w:rsidRPr="006A3DF6" w:rsidRDefault="006A3DF6" w:rsidP="000E36BB">
      <w:pPr>
        <w:pStyle w:val="Heading1"/>
        <w:jc w:val="both"/>
        <w:rPr>
          <w:rFonts w:ascii="Times New Roman" w:hAnsi="Times New Roman" w:cs="Times New Roman"/>
          <w:color w:val="auto"/>
        </w:rPr>
      </w:pPr>
      <w:r w:rsidRPr="006A3DF6">
        <w:rPr>
          <w:rFonts w:ascii="Times New Roman" w:hAnsi="Times New Roman" w:cs="Times New Roman"/>
          <w:color w:val="auto"/>
        </w:rPr>
        <w:t>Objective:</w:t>
      </w:r>
    </w:p>
    <w:p w14:paraId="5FAB9B65" w14:textId="77777777" w:rsidR="00110A3E" w:rsidRPr="006A3DF6" w:rsidRDefault="006A3DF6" w:rsidP="000E36BB">
      <w:pPr>
        <w:jc w:val="both"/>
        <w:rPr>
          <w:rFonts w:cs="Times New Roman"/>
        </w:rPr>
      </w:pPr>
      <w:r w:rsidRPr="006A3DF6">
        <w:rPr>
          <w:rFonts w:cs="Times New Roman"/>
        </w:rPr>
        <w:t>The purpose of this assignment is to evaluate your understanding of the concepts and techniques covered throughout the semester. You are expected to write a short research paper applying the methodological principles discussed in class.</w:t>
      </w:r>
    </w:p>
    <w:p w14:paraId="55756528" w14:textId="77777777" w:rsidR="00110A3E" w:rsidRPr="006A3DF6" w:rsidRDefault="006A3DF6" w:rsidP="000E36BB">
      <w:pPr>
        <w:pStyle w:val="Heading1"/>
        <w:jc w:val="both"/>
        <w:rPr>
          <w:rFonts w:ascii="Times New Roman" w:hAnsi="Times New Roman" w:cs="Times New Roman"/>
          <w:color w:val="auto"/>
        </w:rPr>
      </w:pPr>
      <w:r w:rsidRPr="006A3DF6">
        <w:rPr>
          <w:rFonts w:ascii="Times New Roman" w:hAnsi="Times New Roman" w:cs="Times New Roman"/>
          <w:color w:val="auto"/>
        </w:rPr>
        <w:t>Topic Selection:</w:t>
      </w:r>
    </w:p>
    <w:p w14:paraId="13B685DA" w14:textId="77777777" w:rsidR="00110A3E" w:rsidRPr="006A3DF6" w:rsidRDefault="006A3DF6" w:rsidP="000E36BB">
      <w:pPr>
        <w:jc w:val="both"/>
        <w:rPr>
          <w:rFonts w:cs="Times New Roman"/>
        </w:rPr>
      </w:pPr>
      <w:r w:rsidRPr="006A3DF6">
        <w:rPr>
          <w:rFonts w:cs="Times New Roman"/>
        </w:rPr>
        <w:t>You are free to choose any topic, as long as it is related to economics. There are no restrictions regarding the subfield (e.g., macroeconomics, microeconomics, development economics, international trade, etc.). Choose a topic that interests you and for which you can find accessible data and literature.</w:t>
      </w:r>
    </w:p>
    <w:p w14:paraId="5C39B943" w14:textId="77777777" w:rsidR="00110A3E" w:rsidRPr="006A3DF6" w:rsidRDefault="006A3DF6" w:rsidP="000E36BB">
      <w:pPr>
        <w:pStyle w:val="Heading1"/>
        <w:jc w:val="both"/>
        <w:rPr>
          <w:rFonts w:ascii="Times New Roman" w:hAnsi="Times New Roman" w:cs="Times New Roman"/>
          <w:color w:val="auto"/>
        </w:rPr>
      </w:pPr>
      <w:r w:rsidRPr="006A3DF6">
        <w:rPr>
          <w:rFonts w:ascii="Times New Roman" w:hAnsi="Times New Roman" w:cs="Times New Roman"/>
          <w:color w:val="auto"/>
        </w:rPr>
        <w:t>Structure of the Paper:</w:t>
      </w:r>
    </w:p>
    <w:p w14:paraId="2D851A9B" w14:textId="77777777" w:rsidR="00110A3E" w:rsidRPr="006A3DF6" w:rsidRDefault="006A3DF6" w:rsidP="000E36BB">
      <w:pPr>
        <w:jc w:val="both"/>
        <w:rPr>
          <w:rFonts w:cs="Times New Roman"/>
        </w:rPr>
      </w:pPr>
      <w:r w:rsidRPr="006A3DF6">
        <w:rPr>
          <w:rFonts w:cs="Times New Roman"/>
        </w:rPr>
        <w:t>Your paper should follow the general structure outlined below:</w:t>
      </w:r>
    </w:p>
    <w:p w14:paraId="665A68EC" w14:textId="77777777" w:rsidR="00110A3E" w:rsidRPr="006A3DF6" w:rsidRDefault="006A3DF6" w:rsidP="000E36BB">
      <w:pPr>
        <w:pStyle w:val="ListNumber"/>
        <w:jc w:val="both"/>
        <w:rPr>
          <w:rFonts w:cs="Times New Roman"/>
        </w:rPr>
      </w:pPr>
      <w:r w:rsidRPr="006A3DF6">
        <w:rPr>
          <w:rFonts w:cs="Times New Roman"/>
        </w:rPr>
        <w:t>Introduction</w:t>
      </w:r>
    </w:p>
    <w:p w14:paraId="357823EA" w14:textId="77777777" w:rsidR="00110A3E" w:rsidRPr="006A3DF6" w:rsidRDefault="006A3DF6" w:rsidP="000E36BB">
      <w:pPr>
        <w:jc w:val="both"/>
        <w:rPr>
          <w:rFonts w:cs="Times New Roman"/>
        </w:rPr>
      </w:pPr>
      <w:r w:rsidRPr="006A3DF6">
        <w:rPr>
          <w:rFonts w:cs="Times New Roman"/>
        </w:rPr>
        <w:t>- Introduce your topic clearly.</w:t>
      </w:r>
      <w:r w:rsidRPr="006A3DF6">
        <w:rPr>
          <w:rFonts w:cs="Times New Roman"/>
        </w:rPr>
        <w:br/>
        <w:t>- Explain why it is important or interesting.</w:t>
      </w:r>
      <w:r w:rsidRPr="006A3DF6">
        <w:rPr>
          <w:rFonts w:cs="Times New Roman"/>
        </w:rPr>
        <w:br/>
        <w:t>- Briefly state your research question or objective.</w:t>
      </w:r>
    </w:p>
    <w:p w14:paraId="5D069D5A" w14:textId="77777777" w:rsidR="00110A3E" w:rsidRPr="006A3DF6" w:rsidRDefault="006A3DF6" w:rsidP="000E36BB">
      <w:pPr>
        <w:pStyle w:val="ListNumber"/>
        <w:jc w:val="both"/>
        <w:rPr>
          <w:rFonts w:cs="Times New Roman"/>
        </w:rPr>
      </w:pPr>
      <w:r w:rsidRPr="006A3DF6">
        <w:rPr>
          <w:rFonts w:cs="Times New Roman"/>
        </w:rPr>
        <w:t>Literature Review</w:t>
      </w:r>
    </w:p>
    <w:p w14:paraId="61CF5B43" w14:textId="77777777" w:rsidR="00110A3E" w:rsidRPr="006A3DF6" w:rsidRDefault="006A3DF6" w:rsidP="000E36BB">
      <w:pPr>
        <w:jc w:val="both"/>
        <w:rPr>
          <w:rFonts w:cs="Times New Roman"/>
        </w:rPr>
      </w:pPr>
      <w:r w:rsidRPr="006A3DF6">
        <w:rPr>
          <w:rFonts w:cs="Times New Roman"/>
        </w:rPr>
        <w:t>- Summarize existing academic studies related to your topic.</w:t>
      </w:r>
      <w:r w:rsidRPr="006A3DF6">
        <w:rPr>
          <w:rFonts w:cs="Times New Roman"/>
        </w:rPr>
        <w:br/>
        <w:t>- Highlight the main findings, theories, or methodologies used in those studies.</w:t>
      </w:r>
      <w:r w:rsidRPr="006A3DF6">
        <w:rPr>
          <w:rFonts w:cs="Times New Roman"/>
        </w:rPr>
        <w:br/>
        <w:t>- Position your work within this existing literature.</w:t>
      </w:r>
    </w:p>
    <w:p w14:paraId="6AED03D0" w14:textId="77777777" w:rsidR="00110A3E" w:rsidRPr="006A3DF6" w:rsidRDefault="006A3DF6" w:rsidP="000E36BB">
      <w:pPr>
        <w:pStyle w:val="ListNumber"/>
        <w:jc w:val="both"/>
        <w:rPr>
          <w:rFonts w:cs="Times New Roman"/>
        </w:rPr>
      </w:pPr>
      <w:r w:rsidRPr="006A3DF6">
        <w:rPr>
          <w:rFonts w:cs="Times New Roman"/>
        </w:rPr>
        <w:t>Descriptive Statistics</w:t>
      </w:r>
    </w:p>
    <w:p w14:paraId="21B820AD" w14:textId="77777777" w:rsidR="006A3DF6" w:rsidRDefault="006A3DF6" w:rsidP="000E36BB">
      <w:pPr>
        <w:jc w:val="both"/>
        <w:rPr>
          <w:rFonts w:cs="Times New Roman"/>
        </w:rPr>
      </w:pPr>
      <w:r w:rsidRPr="006A3DF6">
        <w:rPr>
          <w:rFonts w:cs="Times New Roman"/>
        </w:rPr>
        <w:t>- Present relevant descriptive statistics about your topic.</w:t>
      </w:r>
      <w:r w:rsidRPr="006A3DF6">
        <w:rPr>
          <w:rFonts w:cs="Times New Roman"/>
        </w:rPr>
        <w:br/>
        <w:t>- If applicable, include tables or graphs to support your discussion.</w:t>
      </w:r>
      <w:r w:rsidRPr="006A3DF6">
        <w:rPr>
          <w:rFonts w:cs="Times New Roman"/>
        </w:rPr>
        <w:br/>
        <w:t>- You may calculate simple summary statistics (mean, median, standard deviation, etc.), but this is not mandatory.</w:t>
      </w:r>
      <w:r w:rsidRPr="006A3DF6">
        <w:rPr>
          <w:rFonts w:cs="Times New Roman"/>
        </w:rPr>
        <w:br/>
        <w:t>- The aim is to show that you can describe data meaningfully and visually when necessary.</w:t>
      </w:r>
    </w:p>
    <w:p w14:paraId="2FCA45B8" w14:textId="77777777" w:rsidR="006A3DF6" w:rsidRDefault="006A3DF6" w:rsidP="000E36BB">
      <w:pPr>
        <w:jc w:val="both"/>
        <w:rPr>
          <w:rFonts w:cs="Times New Roman"/>
        </w:rPr>
      </w:pPr>
    </w:p>
    <w:p w14:paraId="7DE17882" w14:textId="77777777" w:rsidR="006A3DF6" w:rsidRPr="006A3DF6" w:rsidRDefault="006A3DF6" w:rsidP="000E36BB">
      <w:pPr>
        <w:jc w:val="both"/>
        <w:rPr>
          <w:rFonts w:cs="Times New Roman"/>
        </w:rPr>
      </w:pPr>
    </w:p>
    <w:p w14:paraId="4DD91D2B" w14:textId="77777777" w:rsidR="00110A3E" w:rsidRPr="006A3DF6" w:rsidRDefault="006A3DF6" w:rsidP="000E36BB">
      <w:pPr>
        <w:pStyle w:val="ListNumber"/>
        <w:jc w:val="both"/>
        <w:rPr>
          <w:rFonts w:cs="Times New Roman"/>
        </w:rPr>
      </w:pPr>
      <w:r w:rsidRPr="006A3DF6">
        <w:rPr>
          <w:rFonts w:cs="Times New Roman"/>
        </w:rPr>
        <w:lastRenderedPageBreak/>
        <w:t>4. Conclusion</w:t>
      </w:r>
    </w:p>
    <w:p w14:paraId="1D40E3E6" w14:textId="77777777" w:rsidR="00110A3E" w:rsidRPr="006A3DF6" w:rsidRDefault="006A3DF6" w:rsidP="000E36BB">
      <w:pPr>
        <w:jc w:val="both"/>
        <w:rPr>
          <w:rFonts w:cs="Times New Roman"/>
        </w:rPr>
      </w:pPr>
      <w:r w:rsidRPr="006A3DF6">
        <w:rPr>
          <w:rFonts w:cs="Times New Roman"/>
        </w:rPr>
        <w:t>- Summarize your findings or reflections.</w:t>
      </w:r>
      <w:r w:rsidRPr="006A3DF6">
        <w:rPr>
          <w:rFonts w:cs="Times New Roman"/>
        </w:rPr>
        <w:br/>
      </w:r>
    </w:p>
    <w:p w14:paraId="5D73A9E5" w14:textId="77777777" w:rsidR="00110A3E" w:rsidRPr="006A3DF6" w:rsidRDefault="006A3DF6" w:rsidP="000E36BB">
      <w:pPr>
        <w:pStyle w:val="Heading1"/>
        <w:jc w:val="both"/>
        <w:rPr>
          <w:rFonts w:ascii="Times New Roman" w:hAnsi="Times New Roman" w:cs="Times New Roman"/>
          <w:color w:val="auto"/>
        </w:rPr>
      </w:pPr>
      <w:r w:rsidRPr="006A3DF6">
        <w:rPr>
          <w:rFonts w:ascii="Times New Roman" w:hAnsi="Times New Roman" w:cs="Times New Roman"/>
          <w:color w:val="auto"/>
        </w:rPr>
        <w:t>Length:</w:t>
      </w:r>
    </w:p>
    <w:p w14:paraId="3949B100" w14:textId="17E075FB" w:rsidR="00110A3E" w:rsidRPr="006A3DF6" w:rsidRDefault="006A3DF6" w:rsidP="000E36BB">
      <w:pPr>
        <w:jc w:val="both"/>
        <w:rPr>
          <w:rFonts w:cs="Times New Roman"/>
        </w:rPr>
      </w:pPr>
      <w:r w:rsidRPr="006A3DF6">
        <w:rPr>
          <w:rFonts w:cs="Times New Roman"/>
        </w:rPr>
        <w:t>Your paper should be approximately 500 words. Slightly shorter or longer papers are acceptable. Please do not</w:t>
      </w:r>
      <w:r>
        <w:rPr>
          <w:rFonts w:cs="Times New Roman"/>
        </w:rPr>
        <w:t xml:space="preserve"> send me an</w:t>
      </w:r>
      <w:r w:rsidRPr="006A3DF6">
        <w:rPr>
          <w:rFonts w:cs="Times New Roman"/>
        </w:rPr>
        <w:t xml:space="preserve"> email asking whether your paper can be, for example, 470 words — </w:t>
      </w:r>
      <w:proofErr w:type="gramStart"/>
      <w:r w:rsidRPr="006A3DF6">
        <w:rPr>
          <w:rFonts w:cs="Times New Roman"/>
        </w:rPr>
        <w:t>as long as</w:t>
      </w:r>
      <w:proofErr w:type="gramEnd"/>
      <w:r w:rsidRPr="006A3DF6">
        <w:rPr>
          <w:rFonts w:cs="Times New Roman"/>
        </w:rPr>
        <w:t xml:space="preserve"> it is around 500, it is fine.</w:t>
      </w:r>
      <w:r w:rsidR="000E36BB">
        <w:rPr>
          <w:rFonts w:cs="Times New Roman"/>
        </w:rPr>
        <w:t xml:space="preserve"> If you present a longer study, it is also ok.</w:t>
      </w:r>
    </w:p>
    <w:p w14:paraId="5B181BAC" w14:textId="77777777" w:rsidR="00110A3E" w:rsidRPr="006A3DF6" w:rsidRDefault="006A3DF6" w:rsidP="000E36BB">
      <w:pPr>
        <w:pStyle w:val="Heading1"/>
        <w:jc w:val="both"/>
        <w:rPr>
          <w:rFonts w:ascii="Times New Roman" w:hAnsi="Times New Roman" w:cs="Times New Roman"/>
          <w:color w:val="auto"/>
        </w:rPr>
      </w:pPr>
      <w:r w:rsidRPr="006A3DF6">
        <w:rPr>
          <w:rFonts w:ascii="Times New Roman" w:hAnsi="Times New Roman" w:cs="Times New Roman"/>
          <w:color w:val="auto"/>
        </w:rPr>
        <w:t>Format &amp; Submission:</w:t>
      </w:r>
    </w:p>
    <w:p w14:paraId="46EA8B0C" w14:textId="77777777" w:rsidR="006A3DF6" w:rsidRDefault="006A3DF6" w:rsidP="000E36BB">
      <w:pPr>
        <w:jc w:val="both"/>
        <w:rPr>
          <w:rFonts w:cs="Times New Roman"/>
        </w:rPr>
      </w:pPr>
      <w:r w:rsidRPr="006A3DF6">
        <w:rPr>
          <w:rFonts w:cs="Times New Roman"/>
        </w:rPr>
        <w:t>- A sample paper will be uploaded. You are encouraged to review its structure and style before writing your own paper.</w:t>
      </w:r>
      <w:r w:rsidRPr="006A3DF6">
        <w:rPr>
          <w:rFonts w:cs="Times New Roman"/>
        </w:rPr>
        <w:br/>
        <w:t xml:space="preserve">- You must upload your paper as a Word document (.doc or .docx). No other file formats will be accepted </w:t>
      </w:r>
    </w:p>
    <w:p w14:paraId="2EE524FA" w14:textId="77777777" w:rsidR="00110A3E" w:rsidRPr="006A3DF6" w:rsidRDefault="006A3DF6" w:rsidP="000E36BB">
      <w:pPr>
        <w:jc w:val="both"/>
        <w:rPr>
          <w:rFonts w:cs="Times New Roman"/>
        </w:rPr>
      </w:pPr>
      <w:r w:rsidRPr="006A3DF6">
        <w:rPr>
          <w:rFonts w:cs="Times New Roman"/>
        </w:rPr>
        <w:t>- You are allowed to upload your paper only once. Once submitted, you cannot delete or re-upload your file. Please make sure your final version is complete before submission.</w:t>
      </w:r>
      <w:r w:rsidRPr="006A3DF6">
        <w:rPr>
          <w:rFonts w:cs="Times New Roman"/>
        </w:rPr>
        <w:br/>
        <w:t>- Use proper citation and referencing if you refer to any sources.</w:t>
      </w:r>
      <w:r w:rsidRPr="006A3DF6">
        <w:rPr>
          <w:rFonts w:cs="Times New Roman"/>
        </w:rPr>
        <w:br/>
        <w:t>- Plagiarism will not be tolerated.</w:t>
      </w:r>
    </w:p>
    <w:p w14:paraId="27C84797" w14:textId="77777777" w:rsidR="00110A3E" w:rsidRPr="006A3DF6" w:rsidRDefault="006A3DF6" w:rsidP="000E36BB">
      <w:pPr>
        <w:pStyle w:val="Heading1"/>
        <w:jc w:val="both"/>
        <w:rPr>
          <w:rFonts w:ascii="Times New Roman" w:hAnsi="Times New Roman" w:cs="Times New Roman"/>
          <w:color w:val="auto"/>
        </w:rPr>
      </w:pPr>
      <w:r w:rsidRPr="006A3DF6">
        <w:rPr>
          <w:rFonts w:ascii="Times New Roman" w:hAnsi="Times New Roman" w:cs="Times New Roman"/>
          <w:color w:val="auto"/>
        </w:rPr>
        <w:t>Deadline &amp; Submission Details:</w:t>
      </w:r>
    </w:p>
    <w:p w14:paraId="496F2B3F" w14:textId="77777777" w:rsidR="00110A3E" w:rsidRPr="006A3DF6" w:rsidRDefault="006A3DF6" w:rsidP="000E36BB">
      <w:pPr>
        <w:jc w:val="both"/>
        <w:rPr>
          <w:rFonts w:cs="Times New Roman"/>
        </w:rPr>
      </w:pPr>
      <w:r>
        <w:rPr>
          <w:rFonts w:cs="Times New Roman"/>
        </w:rPr>
        <w:t>21.06.2025, 9:00 AM</w:t>
      </w:r>
    </w:p>
    <w:p w14:paraId="48DADCFD" w14:textId="77777777" w:rsidR="00110A3E" w:rsidRPr="006A3DF6" w:rsidRDefault="006A3DF6" w:rsidP="000E36BB">
      <w:pPr>
        <w:jc w:val="both"/>
        <w:rPr>
          <w:rFonts w:cs="Times New Roman"/>
        </w:rPr>
      </w:pPr>
      <w:r w:rsidRPr="006A3DF6">
        <w:rPr>
          <w:rFonts w:cs="Times New Roman"/>
        </w:rPr>
        <w:t>If you have any questions about the content, feel free to ask. But please read these instructions carefully before reaching out.</w:t>
      </w:r>
    </w:p>
    <w:p w14:paraId="0F5CAC3B" w14:textId="77777777" w:rsidR="00110A3E" w:rsidRPr="006A3DF6" w:rsidRDefault="006A3DF6" w:rsidP="000E36BB">
      <w:pPr>
        <w:jc w:val="both"/>
        <w:rPr>
          <w:rFonts w:cs="Times New Roman"/>
        </w:rPr>
      </w:pPr>
      <w:r w:rsidRPr="006A3DF6">
        <w:rPr>
          <w:rFonts w:cs="Times New Roman"/>
        </w:rPr>
        <w:t>Good luck!</w:t>
      </w:r>
    </w:p>
    <w:sectPr w:rsidR="00110A3E" w:rsidRPr="006A3DF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27635">
    <w:abstractNumId w:val="8"/>
  </w:num>
  <w:num w:numId="2" w16cid:durableId="1941644968">
    <w:abstractNumId w:val="6"/>
  </w:num>
  <w:num w:numId="3" w16cid:durableId="522747086">
    <w:abstractNumId w:val="5"/>
  </w:num>
  <w:num w:numId="4" w16cid:durableId="1626082527">
    <w:abstractNumId w:val="4"/>
  </w:num>
  <w:num w:numId="5" w16cid:durableId="902834379">
    <w:abstractNumId w:val="7"/>
  </w:num>
  <w:num w:numId="6" w16cid:durableId="790396142">
    <w:abstractNumId w:val="3"/>
  </w:num>
  <w:num w:numId="7" w16cid:durableId="188448653">
    <w:abstractNumId w:val="2"/>
  </w:num>
  <w:num w:numId="8" w16cid:durableId="1602451317">
    <w:abstractNumId w:val="1"/>
  </w:num>
  <w:num w:numId="9" w16cid:durableId="1537156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a1MDI2MjYxMLY0MrZU0lEKTi0uzszPAykwrAUATSFrpSwAAAA="/>
  </w:docVars>
  <w:rsids>
    <w:rsidRoot w:val="00B47730"/>
    <w:rsid w:val="00034616"/>
    <w:rsid w:val="0006063C"/>
    <w:rsid w:val="000E36BB"/>
    <w:rsid w:val="00110A3E"/>
    <w:rsid w:val="0015074B"/>
    <w:rsid w:val="0029639D"/>
    <w:rsid w:val="00326F90"/>
    <w:rsid w:val="003E584A"/>
    <w:rsid w:val="006A3DF6"/>
    <w:rsid w:val="00AA1D8D"/>
    <w:rsid w:val="00B47730"/>
    <w:rsid w:val="00CB0664"/>
    <w:rsid w:val="00F738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343FED"/>
  <w14:defaultImageDpi w14:val="300"/>
  <w15:docId w15:val="{B60BCB13-7292-4357-99DD-988EE093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61841-6A3C-44D9-92BB-49898F90A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zeki şengül</cp:lastModifiedBy>
  <cp:revision>3</cp:revision>
  <dcterms:created xsi:type="dcterms:W3CDTF">2025-06-03T12:39:00Z</dcterms:created>
  <dcterms:modified xsi:type="dcterms:W3CDTF">2025-06-05T08:03:00Z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cc0088d8-4a1c-48ac-a327-5563e90e4103</vt:lpwstr>
  </property>
</Properties>
</file>